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חינוך פיננסי - קבלת החלטות, צרכנות וכסף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החלטות רציונליות לרגשיות בצרכנות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שיטות שיווק והונאות צרכניות נפוצות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בכלכלה: ריבית, חיסכון, היצע וביקוש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היצע וביקוש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היא מחושבת גם על ריבית שכבר נצברה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משווקים משלמים כדי שישימו לב אליהם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הונאה צרכנית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כסף הוא מוסכמה חברתית שאנשים הסכימו לקבל כאמצעי 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ריבית היא תוספת תשלום על הסכום שהולווה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גם נוער עובד זכאי להגנות וזכויות לפי 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ככל שהכסף נשאר בחיסכון זמן רב יותר, הריבית מצטברת על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אינפלציה ושינויים במחירים משנים את כוח הקנייה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רציונלית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דיגיטלי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צרכן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(קובעים את מחיר המוצר בשוק)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(ריבית המחושבת גם על ריבית קודמת)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(מתקבלת בלחץ רגעי או התרגשות)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(הגנה חוקית על קונים)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(כמות המוצרים שאפשר לקנות בסכום מסוים)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 ממשי, עם זיהוי הרגש שהשפיע וחלופה רציונלית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בדיקת פרטי השולח/האתר, חשד להצעות טובות מדי, אי מסירת פרטים אישיים ללא ודאות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ככל שמתחילים מוקדם יותר, הכסף נשאר זמן רב יותר בחיסכון וצובר ריבית על ריבית, מה שמגדיל משמעותית את הסכום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רציונלית - לפי חשיבה, רגשית - לפי תחושה רגעית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מיקום מוצרים, מבצעים, מוזיקה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שמחושבת גם על ריבית שכבר נצברה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קצרה של קנייה אימפולסיבית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נוספות מהחיים היומיומיים להונאות צרכניות ואמצעי 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מרצון בלבד, מכיוון שמדובר בחוויות אישיות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חינוך פיננסי - קבלת החלטות, צרכנות וכסף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כסף: איך מחליטים מה לקנות, איך לא ליפול בהונאות, ומה זה ריבית.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החלטה רציונלית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לפי חשיבה והשוואה, לא לפי רגש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החלטה רגשית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שמתקבלת בגלל רגש כמו התרגשות או לחץ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היצע וביקוש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הכמות שיש מול הכמות שרוצים - קובעים את המחיר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נוסף על כסף שלוקחים בהלוואה או מקבלים בחיסכון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 דריבית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שמחושבת גם על הריבית שכבר נצברה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זכויות צרכן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חוקים שמגנים על קונים מפני רמאות או מוצר פגום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הונאה צרכנית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ניסיון להונות קונה כדי לקחת ממנו כסף שלא כדין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כוח קנייה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מוצרים אפשר לקנות בסכום כסף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קונים משהו כי יש מבצע מפתה - זו החלטה של רגש או חשיבה?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רציונלית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ממשלתית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משפיע הכי הרבה על מחיר של מוצר?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הרוח של המוכר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היצע וביקוש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גודל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ריבית דריבית שונה מריבית פשוטה?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תמיד נמוכה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מחושבת גם על ריבית שכבר נצברה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קיימת רק בבנקים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קשורה לחיסכון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מוצרים מסוימים נמצאים בדיוק בגובה העיניים בסופר?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הזולים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משווקים משלמים כדי שישימו לב אליהם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תמיד פגי תוקף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אינם קשורים לשיווק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כשמבקשים לשלם כדי לקבל פרס שזכיתם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הזדמנות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הונאה צרכנית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הנחה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צרכנית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הוא ערך מוחלט שקיים בטבע ולא הוסכם בין 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גבוהה יותר על הלוואה אומרת שתצטרכו להחזיר יותר כסף בסופו של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נוער מתחת לגיל 18 שעובד אינו זכאי לזכויות עבודה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לטווח ארוך יכול לנצל את כוח הריבית דריבית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הקנייה של סכום כסף קבוע תמיד נשאר זהה לאורך השנים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החלטה המתקבלת מתוך חשיבה הגיונית והשוואת אפשרויות נקראת החלטה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יש הרבה קונים ומעט מוצרים, המחיר בדרך כלל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תשלום נוסף שמקבלים או משלמים על כסף שחוסכים או לווים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ניסיון לקחת כסף מצרכן בדרכי רמייה נקרא __________ צרכנית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אמצעי תשלום שאינו מזומן ומתבצע דרך הטלפון הנייד נקרא תשלום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חוקים שמגנים על הקונה מפני מוצר פגום או רמאות נקראים זכויות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היצע וביקוש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הגנה חוקית על קונים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ריבית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קובעים את מחיר המוצר בשוק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החלטה רגשית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כמות המוצרים שאפשר לקנות בסכום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זכויות צרכן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ריבית המחושבת גם על ריבית קודמת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כוח קנייה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מתקבלת בלחץ רגעי או התרגשות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קניתם או כמעט קניתם משהו מתוך רגש ולא מתוך שיקול דעת. מה הייתם עושים אחרת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שתי דרכים שבהן אפשר לזהות הונאה צרכנית לפני שנופלים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חשוב להתחיל לחסוך כסף כבר בגיל צעיר, בעזרת המושג ריבית דריבית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החלטה רציונלית לרגשית?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לשיטת שיווק שמשפיעה עלינו בסופר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ריבית דריבית,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חינוך פיננסי - קבלת החלטות, צרכנות וכסף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