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חינוך פיננסי - קבלת החלטות, צרכנות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החלטות רציונליות לרגשיות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שיטות שיווק והונאות צרכניות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בכלכלה: ריבית, חיסכון, היצע וביקוש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היצע וביקוש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משווקים משלמים כדי שישימו לב אליהם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כסף הוא מוסכמה חברתית שאנשים הסכימו לקבל כאמצעי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היא תוספת תשלום על הסכום שהולווה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רציונלית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(קובעים את מחיר המוצר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(ריבית המחושבת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(מתקבלת בלחץ רגעי או התרגשות)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(הגנה חוקית על קונים)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ממשי, עם זיהוי הרגש שהשפיע וחלופה רציונלית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רציונלית - לפי חשיבה, רגשית - לפי תחושה רגעית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מיקום מוצרים, מבצעים, מוזיקה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שמחושבת גם על ריבית שכבר נצברה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קצרה של קנייה אימפולסיבית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נוספות מהחיים היומיומיים להונאות צרכניות ואמצעי 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מכיוון שמדובר בחוויות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חינוך פיננסי - קבלת החלטות, צרכנות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בחינוך פיננסי: קבלת החלטות כלכליות, צרכנות נבונה, אמצעי תשלום, וסוגי ריבית.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רציונלית  ·  עולה  ·  ריבית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קנייה אימפולסיבית בגלל מבצע מפתה היא דוגמה להחלטה: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רציונלית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קובע בעיקר את מחיר המוצר בשוק חופשי?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 הרוח של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היצע וביקוש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גודל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מוצרים הממוקמים בגובה העיניים במדפי הסופר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הזולים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משווקים משלמים כדי שישימו לב אליהם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תמיד פגי תוקף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כסף הוא ערך מוחלט שקיים בטבע ולא הוסכם בין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גבוהה יותר על הלוואה אומרת שתצטרכו להחזיר יותר כסף בסופו של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החלטה המתקבלת מתוך חשיבה הגיונית והשוואת אפשרויות נקראת החלטה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יש הרבה קונים ומעט מוצרים, המחיר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תשלום נוסף שמקבלים או משלמים על כסף שחוסכים או לווים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היצע וביקוש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ריבית המחושבת גם על ריבית 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קובעים את מחיר המוצר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הגנה חוקית על 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זכויות 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מתקבלת בלחץ רגעי או התרגשות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קניתם או כמעט קניתם משהו מתוך רגש ולא מתוך שיקול דעת.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החלטה רציונלית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לשיטת שיווק שמשפיעה עלינו בסופר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חינוך פיננסי - קבלת החלטות, צרכנות וכסף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